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Бортовой журнал экскаватора — ежедневный лист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Внутренний ID / госномер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механик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Смена</w:t>
            </w:r>
          </w:p>
        </w:tc>
        <w:tc>
          <w:tcPr>
            <w:tcW w:type="dxa" w:w="15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Оператор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начало, м/ч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конец, м/ч</w:t>
            </w:r>
          </w:p>
        </w:tc>
        <w:tc>
          <w:tcPr>
            <w:tcW w:type="dxa" w:w="100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 смену, м/ч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Топливо выдано, л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на 100 м/ч</w:t>
            </w:r>
          </w:p>
        </w:tc>
        <w:tc>
          <w:tcPr>
            <w:tcW w:type="dxa" w:w="18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Объект / участок</w:t>
            </w:r>
          </w:p>
        </w:tc>
        <w:tc>
          <w:tcPr>
            <w:tcW w:type="dxa" w:w="3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Замечания при осмотре</w:t>
            </w:r>
          </w:p>
        </w:tc>
        <w:tc>
          <w:tcPr>
            <w:tcW w:type="dxa" w:w="1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оператора</w:t>
            </w:r>
          </w:p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Чек-лист осмотра перед сменой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blHeader w:val="true"/>
        </w:trPr>
        <w:tc>
          <w:tcPr>
            <w:tcW w:type="dxa" w:w="56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700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51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Ковш: режущая кромка и зубья (износ, отсутствующие)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Пальцы и втулки ковша, люфт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Стрела и рукоять: трещины, деформация, сварные швы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Гидроцилиндры: течи, задиры на штоках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Гидравлические шланги и РВД: потёртости, подтёки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Ходовая: натяжение гусениц, состояние траков и башмаков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Опорные и поддерживающие катки, течи по каткам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Поворотная платформа: люфт, смазка венца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Ремонты и 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blHeader w:val="true"/>
        </w:trPr>
        <w:tc>
          <w:tcPr>
            <w:tcW w:type="dxa" w:w="10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11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Наработка, м/ч</w:t>
            </w:r>
          </w:p>
        </w:tc>
        <w:tc>
          <w:tcPr>
            <w:tcW w:type="dxa" w:w="36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109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6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экскаватора — ежедневный лист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