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Бортовой журнал погрузчика — ежедневный лист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Внутренний ID / госномер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механик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Смена</w:t>
            </w:r>
          </w:p>
        </w:tc>
        <w:tc>
          <w:tcPr>
            <w:tcW w:type="dxa" w:w="154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Оператор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начало, м/ч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конец, м/ч</w:t>
            </w:r>
          </w:p>
        </w:tc>
        <w:tc>
          <w:tcPr>
            <w:tcW w:type="dxa" w:w="100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 смену, м/ч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Топливо выдано, л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 на 100 м/ч</w:t>
            </w:r>
          </w:p>
        </w:tc>
        <w:tc>
          <w:tcPr>
            <w:tcW w:type="dxa" w:w="185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Объект / участок</w:t>
            </w:r>
          </w:p>
        </w:tc>
        <w:tc>
          <w:tcPr>
            <w:tcW w:type="dxa" w:w="324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Замечания при осмотре</w:t>
            </w:r>
          </w:p>
        </w:tc>
        <w:tc>
          <w:tcPr>
            <w:tcW w:type="dxa" w:w="123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 оператора</w:t>
            </w:r>
          </w:p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Чек-лист осмотра перед сменой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41"/>
        <w:gridCol w:w="3141"/>
        <w:gridCol w:w="3141"/>
        <w:gridCol w:w="3141"/>
        <w:gridCol w:w="3141"/>
      </w:tblGrid>
      <w:tr>
        <w:trPr>
          <w:tblHeader w:val="true"/>
        </w:trPr>
        <w:tc>
          <w:tcPr>
            <w:tcW w:type="dxa" w:w="56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700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  <w:tc>
          <w:tcPr>
            <w:tcW w:type="dxa" w:w="451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Комментарий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моторного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охлаждающей жидкости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гидравлического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Приборы освещения и сигнализация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Состояние кабины, зеркала, стеклоочистители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Аптечка, огнетушитель, знак аварийной остановки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Ковш: режущая кромка, зубья, крепление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Стрела и механизм поворота ковша, пальцы, люфт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Гидроцилиндры стрелы и ковша: течи, штоки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Гидробак и фильтр гидравлики: уровень, загрязнение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Шины: давление, порезы, износ протектора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Ступицы и мосты: течи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Шарнирное сочленение полурам: люфт, смазка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Ремонты и ТО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rPr>
          <w:tblHeader w:val="true"/>
        </w:trPr>
        <w:tc>
          <w:tcPr>
            <w:tcW w:type="dxa" w:w="10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Тип события</w:t>
            </w:r>
          </w:p>
        </w:tc>
        <w:tc>
          <w:tcPr>
            <w:tcW w:type="dxa" w:w="117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Наработка, м/ч</w:t>
            </w:r>
          </w:p>
        </w:tc>
        <w:tc>
          <w:tcPr>
            <w:tcW w:type="dxa" w:w="369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сделали</w:t>
            </w:r>
          </w:p>
        </w:tc>
        <w:tc>
          <w:tcPr>
            <w:tcW w:type="dxa" w:w="26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Запчасти и расходники</w:t>
            </w:r>
          </w:p>
        </w:tc>
        <w:tc>
          <w:tcPr>
            <w:tcW w:type="dxa" w:w="109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Стоимость</w:t>
            </w:r>
          </w:p>
        </w:tc>
        <w:tc>
          <w:tcPr>
            <w:tcW w:type="dxa" w:w="16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Простой, ч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погрузчика — ежедневный лист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