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График ППР спецтехники (ТО по наработке)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Организация / участок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Период графика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Средняя наработка в сутки, м/ч или км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Составил (ФИО, должность)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  <w:gridCol w:w="1122"/>
      </w:tblGrid>
      <w:tr>
        <w:trPr>
          <w:tblHeader w:val="true"/>
        </w:trPr>
        <w:tc>
          <w:tcPr>
            <w:tcW w:type="dxa" w:w="58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ID</w:t>
            </w:r>
          </w:p>
        </w:tc>
        <w:tc>
          <w:tcPr>
            <w:tcW w:type="dxa" w:w="175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Марка и модель</w:t>
            </w:r>
          </w:p>
        </w:tc>
        <w:tc>
          <w:tcPr>
            <w:tcW w:type="dxa" w:w="175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Класс</w:t>
            </w:r>
          </w:p>
        </w:tc>
        <w:tc>
          <w:tcPr>
            <w:tcW w:type="dxa" w:w="109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сейчас</w:t>
            </w:r>
          </w:p>
        </w:tc>
        <w:tc>
          <w:tcPr>
            <w:tcW w:type="dxa" w:w="102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Последнее ТО</w:t>
            </w:r>
          </w:p>
        </w:tc>
        <w:tc>
          <w:tcPr>
            <w:tcW w:type="dxa" w:w="73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Тип ТО</w:t>
            </w:r>
          </w:p>
        </w:tc>
        <w:tc>
          <w:tcPr>
            <w:tcW w:type="dxa" w:w="73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Интервал</w:t>
            </w:r>
          </w:p>
        </w:tc>
        <w:tc>
          <w:tcPr>
            <w:tcW w:type="dxa" w:w="116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следующее ТО</w:t>
            </w:r>
          </w:p>
        </w:tc>
        <w:tc>
          <w:tcPr>
            <w:tcW w:type="dxa" w:w="116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Осталось наработать</w:t>
            </w:r>
          </w:p>
        </w:tc>
        <w:tc>
          <w:tcPr>
            <w:tcW w:type="dxa" w:w="95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Окно от (-10%)</w:t>
            </w:r>
          </w:p>
        </w:tc>
        <w:tc>
          <w:tcPr>
            <w:tcW w:type="dxa" w:w="95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Окно до (+10%)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Ориентировочная дата</w:t>
            </w:r>
          </w:p>
        </w:tc>
        <w:tc>
          <w:tcPr>
            <w:tcW w:type="dxa" w:w="116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Отметка о выполнении</w:t>
            </w:r>
          </w:p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  <w:tr>
        <w:trPr>
          <w:trHeight w:val="351" w:hRule="atLeast"/>
        </w:trPr>
        <w:tc>
          <w:tcPr>
            <w:tcW w:type="dxa" w:w="584"/>
          </w:tcPr>
          <w:p/>
        </w:tc>
        <w:tc>
          <w:tcPr>
            <w:tcW w:type="dxa" w:w="1753"/>
          </w:tcPr>
          <w:p/>
        </w:tc>
        <w:tc>
          <w:tcPr>
            <w:tcW w:type="dxa" w:w="1753"/>
          </w:tcPr>
          <w:p/>
        </w:tc>
        <w:tc>
          <w:tcPr>
            <w:tcW w:type="dxa" w:w="1096"/>
          </w:tcPr>
          <w:p/>
        </w:tc>
        <w:tc>
          <w:tcPr>
            <w:tcW w:type="dxa" w:w="1023"/>
          </w:tcPr>
          <w:p/>
        </w:tc>
        <w:tc>
          <w:tcPr>
            <w:tcW w:type="dxa" w:w="730"/>
          </w:tcPr>
          <w:p/>
        </w:tc>
        <w:tc>
          <w:tcPr>
            <w:tcW w:type="dxa" w:w="730"/>
          </w:tcPr>
          <w:p/>
        </w:tc>
        <w:tc>
          <w:tcPr>
            <w:tcW w:type="dxa" w:w="1169"/>
          </w:tcPr>
          <w:p/>
        </w:tc>
        <w:tc>
          <w:tcPr>
            <w:tcW w:type="dxa" w:w="1169"/>
          </w:tcPr>
          <w:p/>
        </w:tc>
        <w:tc>
          <w:tcPr>
            <w:tcW w:type="dxa" w:w="950"/>
          </w:tcPr>
          <w:p/>
        </w:tc>
        <w:tc>
          <w:tcPr>
            <w:tcW w:type="dxa" w:w="950"/>
          </w:tcPr>
          <w:p/>
        </w:tc>
        <w:tc>
          <w:tcPr>
            <w:tcW w:type="dxa" w:w="1315"/>
          </w:tcPr>
          <w:p/>
        </w:tc>
        <w:tc>
          <w:tcPr>
            <w:tcW w:type="dxa" w:w="1169"/>
          </w:tcPr>
          <w:p/>
        </w:tc>
        <w:tc>
          <w:tcPr>
            <w:tcW w:type="dxa" w:w="1315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Журнал работ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90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ID техники</w:t>
            </w:r>
          </w:p>
        </w:tc>
        <w:tc>
          <w:tcPr>
            <w:tcW w:type="dxa" w:w="123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Тип события</w:t>
            </w:r>
          </w:p>
        </w:tc>
        <w:tc>
          <w:tcPr>
            <w:tcW w:type="dxa" w:w="9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</w:t>
            </w:r>
          </w:p>
        </w:tc>
        <w:tc>
          <w:tcPr>
            <w:tcW w:type="dxa" w:w="361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сделали</w:t>
            </w:r>
          </w:p>
        </w:tc>
        <w:tc>
          <w:tcPr>
            <w:tcW w:type="dxa" w:w="246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Запчасти и расходники</w:t>
            </w:r>
          </w:p>
        </w:tc>
        <w:tc>
          <w:tcPr>
            <w:tcW w:type="dxa" w:w="9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Стоимость</w:t>
            </w:r>
          </w:p>
        </w:tc>
        <w:tc>
          <w:tcPr>
            <w:tcW w:type="dxa" w:w="14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  <w:tc>
          <w:tcPr>
            <w:tcW w:type="dxa" w:w="90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Простой, ч</w:t>
            </w:r>
          </w:p>
        </w:tc>
        <w:tc>
          <w:tcPr>
            <w:tcW w:type="dxa" w:w="90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123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  <w:tr>
        <w:trPr>
          <w:trHeight w:val="351" w:hRule="atLeast"/>
        </w:trPr>
        <w:tc>
          <w:tcPr>
            <w:tcW w:type="dxa" w:w="987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  <w:tc>
          <w:tcPr>
            <w:tcW w:type="dxa" w:w="987"/>
          </w:tcPr>
          <w:p/>
        </w:tc>
        <w:tc>
          <w:tcPr>
            <w:tcW w:type="dxa" w:w="3618"/>
          </w:tcPr>
          <w:p/>
        </w:tc>
        <w:tc>
          <w:tcPr>
            <w:tcW w:type="dxa" w:w="2467"/>
          </w:tcPr>
          <w:p/>
        </w:tc>
        <w:tc>
          <w:tcPr>
            <w:tcW w:type="dxa" w:w="987"/>
          </w:tcPr>
          <w:p/>
        </w:tc>
        <w:tc>
          <w:tcPr>
            <w:tcW w:type="dxa" w:w="1480"/>
          </w:tcPr>
          <w:p/>
        </w:tc>
        <w:tc>
          <w:tcPr>
            <w:tcW w:type="dxa" w:w="904"/>
          </w:tcPr>
          <w:p/>
        </w:tc>
        <w:tc>
          <w:tcPr>
            <w:tcW w:type="dxa" w:w="904"/>
          </w:tcPr>
          <w:p/>
        </w:tc>
        <w:tc>
          <w:tcPr>
            <w:tcW w:type="dxa" w:w="1233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ППР спецтехники (ТО по наработке)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