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Карточка учёта работы автомобиля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Машина (марка, модель)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Гос. номер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Инвентарный №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Месяц, год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Водитель (ФИО)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Подразделение / колонна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</w:tblGrid>
      <w:tr>
        <w:trPr>
          <w:tblHeader w:val="true"/>
        </w:trPr>
        <w:tc>
          <w:tcPr>
            <w:tcW w:type="dxa" w:w="9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Число</w:t>
            </w:r>
          </w:p>
        </w:tc>
        <w:tc>
          <w:tcPr>
            <w:tcW w:type="dxa" w:w="132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Путевой лист №</w:t>
            </w:r>
          </w:p>
        </w:tc>
        <w:tc>
          <w:tcPr>
            <w:tcW w:type="dxa" w:w="158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Одометр при выезде, км</w:t>
            </w:r>
          </w:p>
        </w:tc>
        <w:tc>
          <w:tcPr>
            <w:tcW w:type="dxa" w:w="158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Одометр при возврате, км</w:t>
            </w:r>
          </w:p>
        </w:tc>
        <w:tc>
          <w:tcPr>
            <w:tcW w:type="dxa" w:w="132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Пробег, км</w:t>
            </w:r>
          </w:p>
        </w:tc>
        <w:tc>
          <w:tcPr>
            <w:tcW w:type="dxa" w:w="132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Моточасы за день</w:t>
            </w:r>
          </w:p>
        </w:tc>
        <w:tc>
          <w:tcPr>
            <w:tcW w:type="dxa" w:w="118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Часы работы</w:t>
            </w:r>
          </w:p>
        </w:tc>
        <w:tc>
          <w:tcPr>
            <w:tcW w:type="dxa" w:w="118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Часы простоя</w:t>
            </w:r>
          </w:p>
        </w:tc>
        <w:tc>
          <w:tcPr>
            <w:tcW w:type="dxa" w:w="263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Причина простоя</w:t>
            </w:r>
          </w:p>
        </w:tc>
        <w:tc>
          <w:tcPr>
            <w:tcW w:type="dxa" w:w="132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Расход топлива, л</w:t>
            </w:r>
          </w:p>
        </w:tc>
        <w:tc>
          <w:tcPr>
            <w:tcW w:type="dxa" w:w="132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Расход, л/100 км</w:t>
            </w:r>
          </w:p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3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4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5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6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7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8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9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10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11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12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13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14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15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16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17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18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19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20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21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22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23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24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25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26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27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28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29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30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  <w:tr>
        <w:trPr>
          <w:trHeight w:val="312" w:hRule="atLeast"/>
        </w:trPr>
        <w:tc>
          <w:tcPr>
            <w:tcW w:type="dxa" w:w="92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31</w:t>
            </w:r>
          </w:p>
        </w:tc>
        <w:tc>
          <w:tcPr>
            <w:tcW w:type="dxa" w:w="1320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2639"/>
          </w:tcPr>
          <w:p/>
        </w:tc>
        <w:tc>
          <w:tcPr>
            <w:tcW w:type="dxa" w:w="1320"/>
          </w:tcPr>
          <w:p/>
        </w:tc>
        <w:tc>
          <w:tcPr>
            <w:tcW w:type="dxa" w:w="1320"/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Итоги месяца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852"/>
        <w:gridCol w:w="7852"/>
      </w:tblGrid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Дней в работе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Дней в простое (без пробега, с часами простоя)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Пробег за месяц, км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Моточасы за месяц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Часы работы за месяц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Часы простоя за месяц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Расход топлива за месяц, л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Средний расход, л/100 км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Доля рабочего времени, %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6838" w:h="11906" w:orient="landscape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учёта работы автомобиля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