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Путевой лист спецтехники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Путевой лист №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 выдачи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Срок действия (с — по)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Перевозчик / владелец машины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Адрес перевозчика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Тип транспортного средства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Марка, модель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Государственный регистрационный номер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Инвентарный / внутренний номер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Машинист (ФИО)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Удостоверение / права категории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Диспетчер / выдал лист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Задание и его выполнение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tblHeader w:val="true"/>
        </w:trPr>
        <w:tc>
          <w:tcPr>
            <w:tcW w:type="dxa" w:w="58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15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Заказчик / объект</w:t>
            </w:r>
          </w:p>
        </w:tc>
        <w:tc>
          <w:tcPr>
            <w:tcW w:type="dxa" w:w="215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делать (задание)</w:t>
            </w:r>
          </w:p>
        </w:tc>
        <w:tc>
          <w:tcPr>
            <w:tcW w:type="dxa" w:w="215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Ед.</w:t>
            </w:r>
          </w:p>
        </w:tc>
        <w:tc>
          <w:tcPr>
            <w:tcW w:type="dxa" w:w="195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План</w:t>
            </w:r>
          </w:p>
        </w:tc>
        <w:tc>
          <w:tcPr>
            <w:tcW w:type="dxa" w:w="176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Факт</w:t>
            </w:r>
          </w:p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15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16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17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18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19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20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21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22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23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24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25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  <w:tr>
        <w:trPr>
          <w:trHeight w:val="386" w:hRule="atLeast"/>
        </w:trPr>
        <w:tc>
          <w:tcPr>
            <w:tcW w:type="dxa" w:w="588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26</w:t>
            </w:r>
          </w:p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2154"/>
          </w:tcPr>
          <w:p/>
        </w:tc>
        <w:tc>
          <w:tcPr>
            <w:tcW w:type="dxa" w:w="1958"/>
          </w:tcPr>
          <w:p/>
        </w:tc>
        <w:tc>
          <w:tcPr>
            <w:tcW w:type="dxa" w:w="1763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Счётчик и время смены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Показания счётчика при выезде, м/ч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Показания счётчика при возврате, м/ч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Наработка за смену, м/ч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Время выезда с базы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Время возврата на базу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Время в наряде, ч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Простой за смену, ч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Причина простоя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Топливо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Остаток топлива при выезде, л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Выдано топлива за смену, л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Остаток топлива при возврате, л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Фактический расход за смену, л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Норма расхода, л/м-ч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Расход по норме, л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Отклонение от нормы, л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Обязательные отметки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2154"/>
        <w:gridCol w:w="2154"/>
        <w:gridCol w:w="2154"/>
        <w:gridCol w:w="2154"/>
      </w:tblGrid>
      <w:tr>
        <w:trPr>
          <w:tblHeader w:val="true"/>
        </w:trPr>
        <w:tc>
          <w:tcPr>
            <w:tcW w:type="dxa" w:w="269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Отметка</w:t>
            </w:r>
          </w:p>
        </w:tc>
        <w:tc>
          <w:tcPr>
            <w:tcW w:type="dxa" w:w="269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проставляется</w:t>
            </w:r>
          </w:p>
        </w:tc>
        <w:tc>
          <w:tcPr>
            <w:tcW w:type="dxa" w:w="185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 и время</w:t>
            </w:r>
          </w:p>
        </w:tc>
        <w:tc>
          <w:tcPr>
            <w:tcW w:type="dxa" w:w="185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type="dxa" w:w="168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</w:tr>
      <w:tr>
        <w:trPr>
          <w:trHeight w:val="312" w:hRule="atLeast"/>
        </w:trPr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Предрейсовый медицинский осмотр водителя</w:t>
            </w:r>
          </w:p>
        </w:tc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Дата, время, подпись и штамп медработника</w:t>
            </w:r>
          </w:p>
        </w:tc>
        <w:tc>
          <w:tcPr>
            <w:tcW w:type="dxa" w:w="1851"/>
          </w:tcPr>
          <w:p/>
        </w:tc>
        <w:tc>
          <w:tcPr>
            <w:tcW w:type="dxa" w:w="1851"/>
          </w:tcPr>
          <w:p/>
        </w:tc>
        <w:tc>
          <w:tcPr>
            <w:tcW w:type="dxa" w:w="1683"/>
          </w:tcPr>
          <w:p/>
        </w:tc>
      </w:tr>
      <w:tr>
        <w:trPr>
          <w:trHeight w:val="312" w:hRule="atLeast"/>
        </w:trPr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Послерейсовый медицинский осмотр</w:t>
            </w:r>
          </w:p>
        </w:tc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Когда требуется по виду перевозок</w:t>
            </w:r>
          </w:p>
        </w:tc>
        <w:tc>
          <w:tcPr>
            <w:tcW w:type="dxa" w:w="1851"/>
          </w:tcPr>
          <w:p/>
        </w:tc>
        <w:tc>
          <w:tcPr>
            <w:tcW w:type="dxa" w:w="1851"/>
          </w:tcPr>
          <w:p/>
        </w:tc>
        <w:tc>
          <w:tcPr>
            <w:tcW w:type="dxa" w:w="1683"/>
          </w:tcPr>
          <w:p/>
        </w:tc>
      </w:tr>
      <w:tr>
        <w:trPr>
          <w:trHeight w:val="312" w:hRule="atLeast"/>
        </w:trPr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Предрейсовый контроль технического состояния ТС</w:t>
            </w:r>
          </w:p>
        </w:tc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Дата, время, подпись контролёра технического состояния</w:t>
            </w:r>
          </w:p>
        </w:tc>
        <w:tc>
          <w:tcPr>
            <w:tcW w:type="dxa" w:w="1851"/>
          </w:tcPr>
          <w:p/>
        </w:tc>
        <w:tc>
          <w:tcPr>
            <w:tcW w:type="dxa" w:w="1851"/>
          </w:tcPr>
          <w:p/>
        </w:tc>
        <w:tc>
          <w:tcPr>
            <w:tcW w:type="dxa" w:w="1683"/>
          </w:tcPr>
          <w:p/>
        </w:tc>
      </w:tr>
      <w:tr>
        <w:trPr>
          <w:trHeight w:val="312" w:hRule="atLeast"/>
        </w:trPr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Машина выпущена на линию, механик</w:t>
            </w:r>
          </w:p>
        </w:tc>
        <w:tc>
          <w:tcPr>
            <w:tcW w:type="dxa" w:w="2693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Подпись механика или ответственного за выпуск</w:t>
            </w:r>
          </w:p>
        </w:tc>
        <w:tc>
          <w:tcPr>
            <w:tcW w:type="dxa" w:w="1851"/>
          </w:tcPr>
          <w:p/>
        </w:tc>
        <w:tc>
          <w:tcPr>
            <w:tcW w:type="dxa" w:w="1851"/>
          </w:tcPr>
          <w:p/>
        </w:tc>
        <w:tc>
          <w:tcPr>
            <w:tcW w:type="dxa" w:w="1683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Подписи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blHeader w:val="true"/>
        </w:trPr>
        <w:tc>
          <w:tcPr>
            <w:tcW w:type="dxa" w:w="351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241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type="dxa" w:w="241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  <w:tc>
          <w:tcPr>
            <w:tcW w:type="dxa" w:w="241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351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Машинист (принял задание, сдал лист)</w:t>
            </w:r>
          </w:p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</w:tr>
      <w:tr>
        <w:trPr>
          <w:trHeight w:val="312" w:hRule="atLeast"/>
        </w:trPr>
        <w:tc>
          <w:tcPr>
            <w:tcW w:type="dxa" w:w="351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Механик (выпуск на линию, приём при возврате)</w:t>
            </w:r>
          </w:p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</w:tr>
      <w:tr>
        <w:trPr>
          <w:trHeight w:val="312" w:hRule="atLeast"/>
        </w:trPr>
        <w:tc>
          <w:tcPr>
            <w:tcW w:type="dxa" w:w="351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Диспетчер (выдал лист)</w:t>
            </w:r>
          </w:p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</w:tr>
      <w:tr>
        <w:trPr>
          <w:trHeight w:val="312" w:hRule="atLeast"/>
        </w:trPr>
        <w:tc>
          <w:tcPr>
            <w:tcW w:type="dxa" w:w="351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Представитель заказчика (принял работу)</w:t>
            </w:r>
          </w:p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  <w:tc>
          <w:tcPr>
            <w:tcW w:type="dxa" w:w="2418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спецтехники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