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Заявка на запчасти и материалы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Организация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Подразделение / участок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Заявка №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Дата заявки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Заявитель (ФИО, должность)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Контакт заявителя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Требуемый срок поставки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Куда доставить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Согласующий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/>
        </w:tc>
        <w:tc>
          <w:tcPr>
            <w:tcW w:type="dxa" w:w="4554"/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08"/>
        <w:gridCol w:w="1208"/>
        <w:gridCol w:w="1208"/>
        <w:gridCol w:w="1208"/>
        <w:gridCol w:w="1208"/>
        <w:gridCol w:w="1208"/>
        <w:gridCol w:w="1208"/>
        <w:gridCol w:w="1208"/>
        <w:gridCol w:w="1208"/>
        <w:gridCol w:w="1208"/>
        <w:gridCol w:w="1208"/>
        <w:gridCol w:w="1208"/>
        <w:gridCol w:w="1208"/>
      </w:tblGrid>
      <w:tr>
        <w:trPr>
          <w:tblHeader w:val="true"/>
        </w:trPr>
        <w:tc>
          <w:tcPr>
            <w:tcW w:type="dxa" w:w="40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192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(ID, модель)</w:t>
            </w:r>
          </w:p>
        </w:tc>
        <w:tc>
          <w:tcPr>
            <w:tcW w:type="dxa" w:w="88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</w:t>
            </w:r>
          </w:p>
        </w:tc>
        <w:tc>
          <w:tcPr>
            <w:tcW w:type="dxa" w:w="160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Узел / система</w:t>
            </w:r>
          </w:p>
        </w:tc>
        <w:tc>
          <w:tcPr>
            <w:tcW w:type="dxa" w:w="160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Каталожный №</w:t>
            </w:r>
          </w:p>
        </w:tc>
        <w:tc>
          <w:tcPr>
            <w:tcW w:type="dxa" w:w="27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type="dxa" w:w="56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Ед.</w:t>
            </w:r>
          </w:p>
        </w:tc>
        <w:tc>
          <w:tcPr>
            <w:tcW w:type="dxa" w:w="72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Кол-во</w:t>
            </w:r>
          </w:p>
        </w:tc>
        <w:tc>
          <w:tcPr>
            <w:tcW w:type="dxa" w:w="96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Цена, Р</w:t>
            </w:r>
          </w:p>
        </w:tc>
        <w:tc>
          <w:tcPr>
            <w:tcW w:type="dxa" w:w="112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Сумма, Р</w:t>
            </w:r>
          </w:p>
        </w:tc>
        <w:tc>
          <w:tcPr>
            <w:tcW w:type="dxa" w:w="88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Срочность</w:t>
            </w:r>
          </w:p>
        </w:tc>
        <w:tc>
          <w:tcPr>
            <w:tcW w:type="dxa" w:w="112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Основание</w:t>
            </w:r>
          </w:p>
        </w:tc>
        <w:tc>
          <w:tcPr>
            <w:tcW w:type="dxa" w:w="120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15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16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17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18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19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20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21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22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23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24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25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  <w:tr>
        <w:trPr>
          <w:trHeight w:val="351" w:hRule="atLeast"/>
        </w:trPr>
        <w:tc>
          <w:tcPr>
            <w:tcW w:type="dxa" w:w="401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26</w:t>
            </w:r>
          </w:p>
        </w:tc>
        <w:tc>
          <w:tcPr>
            <w:tcW w:type="dxa" w:w="1923"/>
          </w:tcPr>
          <w:p/>
        </w:tc>
        <w:tc>
          <w:tcPr>
            <w:tcW w:type="dxa" w:w="881"/>
          </w:tcPr>
          <w:p/>
        </w:tc>
        <w:tc>
          <w:tcPr>
            <w:tcW w:type="dxa" w:w="1602"/>
          </w:tcPr>
          <w:p/>
        </w:tc>
        <w:tc>
          <w:tcPr>
            <w:tcW w:type="dxa" w:w="1602"/>
          </w:tcPr>
          <w:p/>
        </w:tc>
        <w:tc>
          <w:tcPr>
            <w:tcW w:type="dxa" w:w="2724"/>
          </w:tcPr>
          <w:p/>
        </w:tc>
        <w:tc>
          <w:tcPr>
            <w:tcW w:type="dxa" w:w="561"/>
          </w:tcPr>
          <w:p/>
        </w:tc>
        <w:tc>
          <w:tcPr>
            <w:tcW w:type="dxa" w:w="721"/>
          </w:tcPr>
          <w:p/>
        </w:tc>
        <w:tc>
          <w:tcPr>
            <w:tcW w:type="dxa" w:w="961"/>
          </w:tcPr>
          <w:p/>
        </w:tc>
        <w:tc>
          <w:tcPr>
            <w:tcW w:type="dxa" w:w="1122"/>
          </w:tcPr>
          <w:p/>
        </w:tc>
        <w:tc>
          <w:tcPr>
            <w:tcW w:type="dxa" w:w="881"/>
          </w:tcPr>
          <w:p/>
        </w:tc>
        <w:tc>
          <w:tcPr>
            <w:tcW w:type="dxa" w:w="1122"/>
          </w:tcPr>
          <w:p/>
        </w:tc>
        <w:tc>
          <w:tcPr>
            <w:tcW w:type="dxa" w:w="1202"/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52"/>
        <w:gridCol w:w="7852"/>
      </w:tblGrid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Позиций в заявке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по заявке, Р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Разбивка по срочности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35"/>
        <w:gridCol w:w="5235"/>
        <w:gridCol w:w="5235"/>
      </w:tblGrid>
      <w:tr>
        <w:trPr>
          <w:tblHeader w:val="true"/>
        </w:trPr>
        <w:tc>
          <w:tcPr>
            <w:tcW w:type="dxa" w:w="358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Срочность</w:t>
            </w:r>
          </w:p>
        </w:tc>
        <w:tc>
          <w:tcPr>
            <w:tcW w:type="dxa" w:w="831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Позиций</w:t>
            </w:r>
          </w:p>
        </w:tc>
        <w:tc>
          <w:tcPr>
            <w:tcW w:type="dxa" w:w="380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Сумма, Р</w:t>
            </w:r>
          </w:p>
        </w:tc>
      </w:tr>
      <w:tr>
        <w:trPr>
          <w:trHeight w:val="312" w:hRule="atLeast"/>
        </w:trPr>
        <w:tc>
          <w:tcPr>
            <w:tcW w:type="dxa" w:w="358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A</w:t>
            </w:r>
          </w:p>
        </w:tc>
        <w:tc>
          <w:tcPr>
            <w:tcW w:type="dxa" w:w="8311"/>
          </w:tcPr>
          <w:p/>
        </w:tc>
        <w:tc>
          <w:tcPr>
            <w:tcW w:type="dxa" w:w="3809"/>
          </w:tcPr>
          <w:p/>
        </w:tc>
      </w:tr>
      <w:tr>
        <w:trPr>
          <w:trHeight w:val="312" w:hRule="atLeast"/>
        </w:trPr>
        <w:tc>
          <w:tcPr>
            <w:tcW w:type="dxa" w:w="358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B</w:t>
            </w:r>
          </w:p>
        </w:tc>
        <w:tc>
          <w:tcPr>
            <w:tcW w:type="dxa" w:w="8311"/>
          </w:tcPr>
          <w:p/>
        </w:tc>
        <w:tc>
          <w:tcPr>
            <w:tcW w:type="dxa" w:w="3809"/>
          </w:tcPr>
          <w:p/>
        </w:tc>
      </w:tr>
      <w:tr>
        <w:trPr>
          <w:trHeight w:val="312" w:hRule="atLeast"/>
        </w:trPr>
        <w:tc>
          <w:tcPr>
            <w:tcW w:type="dxa" w:w="3584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C</w:t>
            </w:r>
          </w:p>
        </w:tc>
        <w:tc>
          <w:tcPr>
            <w:tcW w:type="dxa" w:w="8311"/>
          </w:tcPr>
          <w:p/>
        </w:tc>
        <w:tc>
          <w:tcPr>
            <w:tcW w:type="dxa" w:w="3809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Маршрут согласования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35"/>
        <w:gridCol w:w="5235"/>
        <w:gridCol w:w="5235"/>
      </w:tblGrid>
      <w:tr>
        <w:trPr>
          <w:tblHeader w:val="true"/>
        </w:trPr>
        <w:tc>
          <w:tcPr>
            <w:tcW w:type="dxa" w:w="372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Шаг</w:t>
            </w:r>
          </w:p>
        </w:tc>
        <w:tc>
          <w:tcPr>
            <w:tcW w:type="dxa" w:w="587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Кто</w:t>
            </w:r>
          </w:p>
        </w:tc>
        <w:tc>
          <w:tcPr>
            <w:tcW w:type="dxa" w:w="611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делает</w:t>
            </w:r>
          </w:p>
        </w:tc>
      </w:tr>
      <w:tr>
        <w:trPr>
          <w:trHeight w:val="312" w:hRule="atLeast"/>
        </w:trPr>
        <w:tc>
          <w:tcPr>
            <w:tcW w:type="dxa" w:w="372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1. Заявитель</w:t>
            </w:r>
          </w:p>
        </w:tc>
        <w:tc>
          <w:tcPr>
            <w:tcW w:type="dxa" w:w="5871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Механик или инженер участка</w:t>
            </w:r>
          </w:p>
        </w:tc>
        <w:tc>
          <w:tcPr>
            <w:tcW w:type="dxa" w:w="611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Заполняет позиции, ставит срочность и основание</w:t>
            </w:r>
          </w:p>
        </w:tc>
      </w:tr>
      <w:tr>
        <w:trPr>
          <w:trHeight w:val="312" w:hRule="atLeast"/>
        </w:trPr>
        <w:tc>
          <w:tcPr>
            <w:tcW w:type="dxa" w:w="372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2. Технический контроль</w:t>
            </w:r>
          </w:p>
        </w:tc>
        <w:tc>
          <w:tcPr>
            <w:tcW w:type="dxa" w:w="5871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Главный инженер / инженер по эксплуатации</w:t>
            </w:r>
          </w:p>
        </w:tc>
        <w:tc>
          <w:tcPr>
            <w:tcW w:type="dxa" w:w="611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Проверяет, что позиция нужна и каталожный номер верный</w:t>
            </w:r>
          </w:p>
        </w:tc>
      </w:tr>
      <w:tr>
        <w:trPr>
          <w:trHeight w:val="312" w:hRule="atLeast"/>
        </w:trPr>
        <w:tc>
          <w:tcPr>
            <w:tcW w:type="dxa" w:w="372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3. Снабжение</w:t>
            </w:r>
          </w:p>
        </w:tc>
        <w:tc>
          <w:tcPr>
            <w:tcW w:type="dxa" w:w="5871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Отдел снабжения / закупщик</w:t>
            </w:r>
          </w:p>
        </w:tc>
        <w:tc>
          <w:tcPr>
            <w:tcW w:type="dxa" w:w="611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Ищет поставщика, уточняет цену и срок, переводит в статус «В закупке»</w:t>
            </w:r>
          </w:p>
        </w:tc>
      </w:tr>
      <w:tr>
        <w:trPr>
          <w:trHeight w:val="312" w:hRule="atLeast"/>
        </w:trPr>
        <w:tc>
          <w:tcPr>
            <w:tcW w:type="dxa" w:w="372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4. Финансовое согласование</w:t>
            </w:r>
          </w:p>
        </w:tc>
        <w:tc>
          <w:tcPr>
            <w:tcW w:type="dxa" w:w="5871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Руководитель или финансовый контроль</w:t>
            </w:r>
          </w:p>
        </w:tc>
        <w:tc>
          <w:tcPr>
            <w:tcW w:type="dxa" w:w="611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Согласует сумму. По приоритету A согласуется отдельно и быстрее</w:t>
            </w:r>
          </w:p>
        </w:tc>
      </w:tr>
      <w:tr>
        <w:trPr>
          <w:trHeight w:val="312" w:hRule="atLeast"/>
        </w:trPr>
        <w:tc>
          <w:tcPr>
            <w:tcW w:type="dxa" w:w="372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5. Приёмка</w:t>
            </w:r>
          </w:p>
        </w:tc>
        <w:tc>
          <w:tcPr>
            <w:tcW w:type="dxa" w:w="5871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Кладовщик и заявитель</w:t>
            </w:r>
          </w:p>
        </w:tc>
        <w:tc>
          <w:tcPr>
            <w:tcW w:type="dxa" w:w="611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Принимает по накладной, сверяет каталожные номера, ставит статус «Получено»</w:t>
            </w:r>
          </w:p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Подписи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blHeader w:val="true"/>
        </w:trPr>
        <w:tc>
          <w:tcPr>
            <w:tcW w:type="dxa" w:w="387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516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type="dxa" w:w="236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</w:t>
            </w:r>
          </w:p>
        </w:tc>
        <w:tc>
          <w:tcPr>
            <w:tcW w:type="dxa" w:w="430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387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Заявитель</w:t>
            </w:r>
          </w:p>
        </w:tc>
        <w:tc>
          <w:tcPr>
            <w:tcW w:type="dxa" w:w="5163"/>
          </w:tcPr>
          <w:p/>
        </w:tc>
        <w:tc>
          <w:tcPr>
            <w:tcW w:type="dxa" w:w="2366"/>
          </w:tcPr>
          <w:p/>
        </w:tc>
        <w:tc>
          <w:tcPr>
            <w:tcW w:type="dxa" w:w="4302"/>
          </w:tcPr>
          <w:p/>
        </w:tc>
      </w:tr>
      <w:tr>
        <w:trPr>
          <w:trHeight w:val="312" w:hRule="atLeast"/>
        </w:trPr>
        <w:tc>
          <w:tcPr>
            <w:tcW w:type="dxa" w:w="387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Главный инженер</w:t>
            </w:r>
          </w:p>
        </w:tc>
        <w:tc>
          <w:tcPr>
            <w:tcW w:type="dxa" w:w="5163"/>
          </w:tcPr>
          <w:p/>
        </w:tc>
        <w:tc>
          <w:tcPr>
            <w:tcW w:type="dxa" w:w="2366"/>
          </w:tcPr>
          <w:p/>
        </w:tc>
        <w:tc>
          <w:tcPr>
            <w:tcW w:type="dxa" w:w="4302"/>
          </w:tcPr>
          <w:p/>
        </w:tc>
      </w:tr>
      <w:tr>
        <w:trPr>
          <w:trHeight w:val="312" w:hRule="atLeast"/>
        </w:trPr>
        <w:tc>
          <w:tcPr>
            <w:tcW w:type="dxa" w:w="387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Снабжение</w:t>
            </w:r>
          </w:p>
        </w:tc>
        <w:tc>
          <w:tcPr>
            <w:tcW w:type="dxa" w:w="5163"/>
          </w:tcPr>
          <w:p/>
        </w:tc>
        <w:tc>
          <w:tcPr>
            <w:tcW w:type="dxa" w:w="2366"/>
          </w:tcPr>
          <w:p/>
        </w:tc>
        <w:tc>
          <w:tcPr>
            <w:tcW w:type="dxa" w:w="4302"/>
          </w:tcPr>
          <w:p/>
        </w:tc>
      </w:tr>
      <w:tr>
        <w:trPr>
          <w:trHeight w:val="312" w:hRule="atLeast"/>
        </w:trPr>
        <w:tc>
          <w:tcPr>
            <w:tcW w:type="dxa" w:w="387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Утверждаю (руководитель)</w:t>
            </w:r>
          </w:p>
        </w:tc>
        <w:tc>
          <w:tcPr>
            <w:tcW w:type="dxa" w:w="5163"/>
          </w:tcPr>
          <w:p/>
        </w:tc>
        <w:tc>
          <w:tcPr>
            <w:tcW w:type="dxa" w:w="2366"/>
          </w:tcPr>
          <w:p/>
        </w:tc>
        <w:tc>
          <w:tcPr>
            <w:tcW w:type="dxa" w:w="4302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запчасти и материалы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