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Журнал учёта шин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52"/>
        <w:gridCol w:w="7852"/>
      </w:tblGrid>
      <w:tr>
        <w:trPr>
          <w:trHeight w:val="351" w:hRule="atLeast"/>
        </w:trPr>
        <w:tc>
          <w:tcPr>
            <w:tcW w:type="dxa" w:w="5496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 / подразделение</w:t>
            </w:r>
          </w:p>
        </w:tc>
        <w:tc>
          <w:tcPr>
            <w:tcW w:type="dxa" w:w="10208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5496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за шины (ФИО)</w:t>
            </w:r>
          </w:p>
        </w:tc>
        <w:tc>
          <w:tcPr>
            <w:tcW w:type="dxa" w:w="10208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5496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Год</w:t>
            </w:r>
          </w:p>
        </w:tc>
        <w:tc>
          <w:tcPr>
            <w:tcW w:type="dxa" w:w="10208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  <w:gridCol w:w="924"/>
      </w:tblGrid>
      <w:tr>
        <w:trPr>
          <w:tblHeader w:val="true"/>
        </w:trPr>
        <w:tc>
          <w:tcPr>
            <w:tcW w:type="dxa" w:w="36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61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(марка, гос. / инв. №)</w:t>
            </w:r>
          </w:p>
        </w:tc>
        <w:tc>
          <w:tcPr>
            <w:tcW w:type="dxa" w:w="80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Позиция колеса</w:t>
            </w:r>
          </w:p>
        </w:tc>
        <w:tc>
          <w:tcPr>
            <w:tcW w:type="dxa" w:w="13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Шина: марка, модель</w:t>
            </w:r>
          </w:p>
        </w:tc>
        <w:tc>
          <w:tcPr>
            <w:tcW w:type="dxa" w:w="95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Размер</w:t>
            </w:r>
          </w:p>
        </w:tc>
        <w:tc>
          <w:tcPr>
            <w:tcW w:type="dxa" w:w="103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Серийный № шины</w:t>
            </w:r>
          </w:p>
        </w:tc>
        <w:tc>
          <w:tcPr>
            <w:tcW w:type="dxa" w:w="95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Операция</w:t>
            </w:r>
          </w:p>
        </w:tc>
        <w:tc>
          <w:tcPr>
            <w:tcW w:type="dxa" w:w="80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 установки</w:t>
            </w:r>
          </w:p>
        </w:tc>
        <w:tc>
          <w:tcPr>
            <w:tcW w:type="dxa" w:w="95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Счётчик машины при установке</w:t>
            </w:r>
          </w:p>
        </w:tc>
        <w:tc>
          <w:tcPr>
            <w:tcW w:type="dxa" w:w="80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 снятия</w:t>
            </w:r>
          </w:p>
        </w:tc>
        <w:tc>
          <w:tcPr>
            <w:tcW w:type="dxa" w:w="95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Счётчик машины при снятии</w:t>
            </w:r>
          </w:p>
        </w:tc>
        <w:tc>
          <w:tcPr>
            <w:tcW w:type="dxa" w:w="44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Ед.</w:t>
            </w:r>
          </w:p>
        </w:tc>
        <w:tc>
          <w:tcPr>
            <w:tcW w:type="dxa" w:w="80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Пробег шины на этой позиции</w:t>
            </w:r>
          </w:p>
        </w:tc>
        <w:tc>
          <w:tcPr>
            <w:tcW w:type="dxa" w:w="80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Пробег шины всего</w:t>
            </w:r>
          </w:p>
        </w:tc>
        <w:tc>
          <w:tcPr>
            <w:tcW w:type="dxa" w:w="84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Протектор (остаток), мм</w:t>
            </w:r>
          </w:p>
        </w:tc>
        <w:tc>
          <w:tcPr>
            <w:tcW w:type="dxa" w:w="117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Причина снятия</w:t>
            </w:r>
          </w:p>
        </w:tc>
        <w:tc>
          <w:tcPr>
            <w:tcW w:type="dxa" w:w="103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Кто ставил (ФИО)</w:t>
            </w:r>
          </w:p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15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16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17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18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19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20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21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22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23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24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25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  <w:tr>
        <w:trPr>
          <w:trHeight w:val="351" w:hRule="atLeast"/>
        </w:trPr>
        <w:tc>
          <w:tcPr>
            <w:tcW w:type="dxa" w:w="36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26</w:t>
            </w:r>
          </w:p>
        </w:tc>
        <w:tc>
          <w:tcPr>
            <w:tcW w:type="dxa" w:w="1618"/>
          </w:tcPr>
          <w:p/>
        </w:tc>
        <w:tc>
          <w:tcPr>
            <w:tcW w:type="dxa" w:w="809"/>
          </w:tcPr>
          <w:p/>
        </w:tc>
        <w:tc>
          <w:tcPr>
            <w:tcW w:type="dxa" w:w="1324"/>
          </w:tcPr>
          <w:p/>
        </w:tc>
        <w:tc>
          <w:tcPr>
            <w:tcW w:type="dxa" w:w="956"/>
          </w:tcPr>
          <w:p/>
        </w:tc>
        <w:tc>
          <w:tcPr>
            <w:tcW w:type="dxa" w:w="1030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809"/>
          </w:tcPr>
          <w:p/>
        </w:tc>
        <w:tc>
          <w:tcPr>
            <w:tcW w:type="dxa" w:w="956"/>
          </w:tcPr>
          <w:p/>
        </w:tc>
        <w:tc>
          <w:tcPr>
            <w:tcW w:type="dxa" w:w="441"/>
          </w:tcPr>
          <w:p/>
        </w:tc>
        <w:tc>
          <w:tcPr>
            <w:tcW w:type="dxa" w:w="809"/>
          </w:tcPr>
          <w:p/>
        </w:tc>
        <w:tc>
          <w:tcPr>
            <w:tcW w:type="dxa" w:w="809"/>
          </w:tcPr>
          <w:p/>
        </w:tc>
        <w:tc>
          <w:tcPr>
            <w:tcW w:type="dxa" w:w="846"/>
          </w:tcPr>
          <w:p/>
        </w:tc>
        <w:tc>
          <w:tcPr>
            <w:tcW w:type="dxa" w:w="1177"/>
          </w:tcPr>
          <w:p/>
        </w:tc>
        <w:tc>
          <w:tcPr>
            <w:tcW w:type="dxa" w:w="103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шин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