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Журнал выдачи ГСМ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 / участок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Место выдачи (топливозаправщик, склад ГСМ)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за выдачу (ФИО)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rPr>
          <w:tblHeader w:val="true"/>
        </w:trPr>
        <w:tc>
          <w:tcPr>
            <w:tcW w:type="dxa" w:w="51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12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224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Машина (марка, модель)</w:t>
            </w:r>
          </w:p>
        </w:tc>
        <w:tc>
          <w:tcPr>
            <w:tcW w:type="dxa" w:w="12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Гос. / инв. №</w:t>
            </w:r>
          </w:p>
        </w:tc>
        <w:tc>
          <w:tcPr>
            <w:tcW w:type="dxa" w:w="183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Вид ГСМ</w:t>
            </w:r>
          </w:p>
        </w:tc>
        <w:tc>
          <w:tcPr>
            <w:tcW w:type="dxa" w:w="10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Выдано, л</w:t>
            </w:r>
          </w:p>
        </w:tc>
        <w:tc>
          <w:tcPr>
            <w:tcW w:type="dxa" w:w="12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Показание счётчика</w:t>
            </w:r>
          </w:p>
        </w:tc>
        <w:tc>
          <w:tcPr>
            <w:tcW w:type="dxa" w:w="61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Ед.</w:t>
            </w:r>
          </w:p>
        </w:tc>
        <w:tc>
          <w:tcPr>
            <w:tcW w:type="dxa" w:w="173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Получил (ФИО)</w:t>
            </w:r>
          </w:p>
        </w:tc>
        <w:tc>
          <w:tcPr>
            <w:tcW w:type="dxa" w:w="102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153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Выдал (ФИО)</w:t>
            </w:r>
          </w:p>
        </w:tc>
        <w:tc>
          <w:tcPr>
            <w:tcW w:type="dxa" w:w="163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16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17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18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19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20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21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22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23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24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25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  <w:tr>
        <w:trPr>
          <w:trHeight w:val="351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26</w:t>
            </w:r>
          </w:p>
        </w:tc>
        <w:tc>
          <w:tcPr>
            <w:tcW w:type="dxa" w:w="1122"/>
          </w:tcPr>
          <w:p/>
        </w:tc>
        <w:tc>
          <w:tcPr>
            <w:tcW w:type="dxa" w:w="2243"/>
          </w:tcPr>
          <w:p/>
        </w:tc>
        <w:tc>
          <w:tcPr>
            <w:tcW w:type="dxa" w:w="1224"/>
          </w:tcPr>
          <w:p/>
        </w:tc>
        <w:tc>
          <w:tcPr>
            <w:tcW w:type="dxa" w:w="1836"/>
          </w:tcPr>
          <w:p/>
        </w:tc>
        <w:tc>
          <w:tcPr>
            <w:tcW w:type="dxa" w:w="1020"/>
          </w:tcPr>
          <w:p/>
        </w:tc>
        <w:tc>
          <w:tcPr>
            <w:tcW w:type="dxa" w:w="1224"/>
          </w:tcPr>
          <w:p/>
        </w:tc>
        <w:tc>
          <w:tcPr>
            <w:tcW w:type="dxa" w:w="612"/>
          </w:tcPr>
          <w:p/>
        </w:tc>
        <w:tc>
          <w:tcPr>
            <w:tcW w:type="dxa" w:w="1734"/>
          </w:tcPr>
          <w:p/>
        </w:tc>
        <w:tc>
          <w:tcPr>
            <w:tcW w:type="dxa" w:w="1020"/>
          </w:tcPr>
          <w:p/>
        </w:tc>
        <w:tc>
          <w:tcPr>
            <w:tcW w:type="dxa" w:w="1530"/>
          </w:tcPr>
          <w:p/>
        </w:tc>
        <w:tc>
          <w:tcPr>
            <w:tcW w:type="dxa" w:w="1632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Итого за месяц по видам ГСМ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rPr>
          <w:tblHeader w:val="true"/>
        </w:trPr>
        <w:tc>
          <w:tcPr>
            <w:tcW w:type="dxa" w:w="87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Вид ГСМ</w:t>
            </w:r>
          </w:p>
        </w:tc>
        <w:tc>
          <w:tcPr>
            <w:tcW w:type="dxa" w:w="277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Выдано, л</w:t>
            </w:r>
          </w:p>
        </w:tc>
        <w:tc>
          <w:tcPr>
            <w:tcW w:type="dxa" w:w="41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Выдач</w:t>
            </w:r>
          </w:p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ДТ летнее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ДТ зимнее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АИ-92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АИ-95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Масло моторное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Масло гидравлическое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Масло трансмиссионное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  <w:tr>
        <w:trPr>
          <w:trHeight w:val="312" w:hRule="atLeast"/>
        </w:trPr>
        <w:tc>
          <w:tcPr>
            <w:tcW w:type="dxa" w:w="8776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Антифриз</w:t>
            </w:r>
          </w:p>
        </w:tc>
        <w:tc>
          <w:tcPr>
            <w:tcW w:type="dxa" w:w="2771"/>
          </w:tcPr>
          <w:p/>
        </w:tc>
        <w:tc>
          <w:tcPr>
            <w:tcW w:type="dxa" w:w="4157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Всего выдано, л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ГСМ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